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נִסָּה · פיעל · נשארו: נ־ס־ה · שורש: נ־ס־י/ה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רָאָה · קל · נשארו: ר־א־ה · שורש: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 · הפעיל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 · פיעל · נשארו: כ־ב־ה · שורש: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 · קל · נשארו: ע־ל־ה · שורש: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ל״ה/י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נִסְּתָה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רָאִינוּ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ב־נ־ה.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ש־ק־ה.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צ־פ־ה.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