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ל״ה/י ·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גרסה מודפסת של המשחק: חילוץ שורשים, מיון וזיכרון.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רצוי להפעיל את הדף אחרי הפעילות המקבילה באתר: 🎮 משחק (ל״ה/י).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גָּבַהּ, תָּמַהּ (ה׳ במפיק) – שורשים שלמים.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צ־פ־י/ה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🔵 ל״ה/י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קָנְתָה, צִפּוּ, הִפְנָה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גזרה אחרת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הֵרִים, הוֹדִיעוּ, יָשַׁבְנוּ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ש־ק־י/ה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ב־נ־י/ה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 – פ־נ־י/ה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ש־ת־י/ה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🎮 ל״ה/י · משחק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בדף הזה נתרגל משחק. אפשר להיעזר בבנק המילים. עובדים לאט, שלב אחרי שלב. 🙂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ב־נ־י/ה  |  כ־ב־י/ה  |  ע־ל־י/ה  |  פ־נ־י/ה  |  צ־פ־י/ה  |  ק־נ־י/ה  |  ר־א־י/ה  |  ש־ק־י/ה  |  ש־ת־י/ה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סבב 1: מבצע חילוץ שורשים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את השורש הנכון. כל תשובה נכונה = ⭐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 השורש של „שָׁתָה”?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נ־ש־ת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ש־י/ו־ת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ש־ת־י/ה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מה השורש של „צִפּוּ”?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י/ו־צ־פ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צ־י/ו־פ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צ־פ־י/ה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השורש של „הִשְׁקָה”?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ש־ק־י/ה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ש־י/ו־ק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ג. נ־ש־ק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סבב 2: מיון מהיר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כתבו כל פועל בעמודה המתאימה.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יָשַׁבְנוּ  |  צִפּוּ  |  הֵרִים  |  קָנְתָה  |  הוֹדִיעוּ  |  הִפְנָה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🔵 ל״ה/י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גזרה אחרת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סבב 3: זוגות זיכרון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הִשְׁקָה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ב־נ־י/ה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לִבְנוֹת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ש־ת־י/ה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הִפְנָה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ש־ק־י/ה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שָׁתָה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ד. פ־נ־י/ה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המציאו קלפי משחק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המציאו 4 קלפים חדשים למשחק: בכל קלף פועל במשפט קצר, ומאחור – השורש והגזרה.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פועל אחד מכל גזרה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משפטים מחיי בית הספר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השורש של „שָׁתָה”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ל״ה/י · משחק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